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xampleLabel"/>
      </w:pPr>
      <w:r>
        <w:t>Example resume, fictional undergrad</w:t>
      </w:r>
    </w:p>
    <w:p>
      <w:pPr>
        <w:pStyle w:val="Title"/>
      </w:pPr>
      <w:r>
        <w:t>Priya Castellano</w:t>
      </w:r>
    </w:p>
    <w:p>
      <w:pPr>
        <w:pStyle w:val="ContactLine"/>
      </w:pPr>
      <w:r>
        <w:t>Los Angeles, CA  |  firstname.lastname@usc.edu  |  (555) 010-4827  |  linkedin.com/in/priya-castellano-example</w:t>
      </w:r>
    </w:p>
    <w:p>
      <w:pPr>
        <w:pStyle w:val="ContactLine"/>
      </w:pPr>
      <w:r>
        <w:rPr>
          <w:b/>
        </w:rPr>
        <w:t>USC Marshall School of Business</w:t>
      </w:r>
      <w:r>
        <w:t xml:space="preserve">  ·  B.S. in Business Administration  ·  Expected May 2030</w:t>
      </w:r>
    </w:p>
    <w:p>
      <w:pPr>
        <w:pStyle w:val="Heading1"/>
      </w:pPr>
      <w:r>
        <w:t>KEY SKILLS</w:t>
      </w:r>
    </w:p>
    <w:p>
      <w:pPr>
        <w:pStyle w:val="SkillsRow"/>
      </w:pPr>
      <w:r>
        <w:t>Data analysis  ·  Excel modeling  ·  Public speaking  ·  Team leadership</w:t>
      </w:r>
    </w:p>
    <w:p>
      <w:pPr>
        <w:pStyle w:val="SkillsRow"/>
      </w:pPr>
      <w:r>
        <w:t>Customer service  ·  Event planning  ·  Bilingual: Spanish  ·  Survey design</w:t>
      </w:r>
    </w:p>
    <w:p>
      <w:pPr>
        <w:pStyle w:val="Heading1"/>
      </w:pPr>
      <w:r>
        <w:t>KEY PROJECTS</w:t>
      </w:r>
    </w:p>
    <w:p>
      <w:pPr>
        <w:pStyle w:val="EntryHeading"/>
      </w:pPr>
      <w:r>
        <w:rPr>
          <w:b/>
        </w:rPr>
        <w:t>Dining Hall Wait-Time Study</w:t>
      </w:r>
      <w:r>
        <w:t xml:space="preserve">  |  Personal project, USC</w:t>
      </w:r>
      <w:r>
        <w:tab/>
      </w:r>
      <w:r>
        <w:t>Sep 2026 – Oct 2026</w:t>
      </w:r>
    </w:p>
    <w:p>
      <w:pPr>
        <w:pStyle w:val="ResumeBullet"/>
      </w:pPr>
      <w:r>
        <w:t>Logged 640 timed orders at 3 dining halls over 2 weeks; built a Google Sheets dashboard of peak-hour waits</w:t>
      </w:r>
    </w:p>
    <w:p>
      <w:pPr>
        <w:pStyle w:val="ResumeBullet"/>
      </w:pPr>
      <w:r>
        <w:t>Presented results to campus dining managers, who added an express register; average wait fell from 14 to 9 min</w:t>
      </w:r>
    </w:p>
    <w:p>
      <w:pPr>
        <w:pStyle w:val="EntryHeading"/>
      </w:pPr>
      <w:r>
        <w:rPr>
          <w:b/>
        </w:rPr>
        <w:t>Student Worker Engagement Survey</w:t>
      </w:r>
      <w:r>
        <w:t xml:space="preserve">  |  BUAD 304 team project</w:t>
      </w:r>
      <w:r>
        <w:tab/>
      </w:r>
      <w:r>
        <w:t>Oct 2026</w:t>
      </w:r>
    </w:p>
    <w:p>
      <w:pPr>
        <w:pStyle w:val="ResumeBullet"/>
      </w:pPr>
      <w:r>
        <w:t>Designed a 15-question survey with 3 teammates; cleaned and analyzed 210 responses in Python (pandas)</w:t>
      </w:r>
    </w:p>
    <w:p>
      <w:pPr>
        <w:pStyle w:val="ResumeBullet"/>
      </w:pPr>
      <w:r>
        <w:t>Wrote the findings section and built 4 charts for a 12-page report ranked first of 18 teams by the instructor</w:t>
      </w:r>
    </w:p>
    <w:p>
      <w:pPr>
        <w:pStyle w:val="EntryHeading"/>
      </w:pPr>
      <w:r>
        <w:rPr>
          <w:b/>
        </w:rPr>
        <w:t>Food Pantry Inventory Tracker</w:t>
      </w:r>
      <w:r>
        <w:t xml:space="preserve">  |  Volunteer project, Fresno Community Pantry</w:t>
      </w:r>
      <w:r>
        <w:tab/>
      </w:r>
      <w:r>
        <w:t>Jan 2026 – May 2026</w:t>
      </w:r>
    </w:p>
    <w:p>
      <w:pPr>
        <w:pStyle w:val="ResumeBullet"/>
      </w:pPr>
      <w:r>
        <w:t>Built a Google Forms + Sheets tracker for 25 volunteers, cutting the weekly inventory count from 3 hours to 45 min</w:t>
      </w:r>
    </w:p>
    <w:p>
      <w:pPr>
        <w:pStyle w:val="ResumeBullet"/>
      </w:pPr>
      <w:r>
        <w:t>Added low-stock alerts that caught 9 shortages early during a spring food drive serving 1,100+ families</w:t>
      </w:r>
    </w:p>
    <w:p>
      <w:pPr>
        <w:pStyle w:val="Heading1"/>
      </w:pPr>
      <w:r>
        <w:t>EXPERIENCE</w:t>
      </w:r>
    </w:p>
    <w:p>
      <w:pPr>
        <w:pStyle w:val="EntryHeading"/>
      </w:pPr>
      <w:r>
        <w:rPr>
          <w:b/>
        </w:rPr>
        <w:t>Circulation Desk Student Assistant</w:t>
      </w:r>
      <w:r>
        <w:t>, USC Libraries, Leavey Library, Los Angeles, CA (10 hrs/week)</w:t>
      </w:r>
      <w:r>
        <w:tab/>
      </w:r>
      <w:r>
        <w:t>Sep 2026 – Present</w:t>
      </w:r>
    </w:p>
    <w:p>
      <w:pPr>
        <w:pStyle w:val="ResumeBullet"/>
      </w:pPr>
      <w:r>
        <w:t>Answer 40+ patron questions per shift on checkout, printing and room booking; resolve 90% without escalation</w:t>
      </w:r>
    </w:p>
    <w:p>
      <w:pPr>
        <w:pStyle w:val="ResumeBullet"/>
      </w:pPr>
      <w:r>
        <w:t>Tracked 25+ repeat questions in one week and drafted new study-room booking signs now posted on 3 floors</w:t>
      </w:r>
    </w:p>
    <w:p>
      <w:pPr>
        <w:pStyle w:val="EntryHeading"/>
      </w:pPr>
      <w:r>
        <w:rPr>
          <w:b/>
        </w:rPr>
        <w:t>Shift Lead</w:t>
      </w:r>
      <w:r>
        <w:t>, Rise &amp; Grind Café, Fresno, CA (20 hrs/week; full-time summers)</w:t>
      </w:r>
      <w:r>
        <w:tab/>
      </w:r>
      <w:r>
        <w:t>Jun 2024 – Aug 2026</w:t>
      </w:r>
    </w:p>
    <w:p>
      <w:pPr>
        <w:pStyle w:val="ResumeBullet"/>
      </w:pPr>
      <w:r>
        <w:t>Promoted from Barista in 8 months; led crews of 3–4 on weekend shifts serving 250+ customers a day</w:t>
      </w:r>
    </w:p>
    <w:p>
      <w:pPr>
        <w:pStyle w:val="ResumeBullet"/>
      </w:pPr>
      <w:r>
        <w:t>Trained 6 new hires on register, recipes and food safety; balanced the $2,500 drawer on 40+ closes with zero errors</w:t>
      </w:r>
    </w:p>
    <w:p>
      <w:pPr>
        <w:pStyle w:val="ResumeBullet"/>
      </w:pPr>
      <w:r>
        <w:t>Proposed a mobile-order pickup shelf that cut average peak-hour wait time by about 20% (owner’s POS data)</w:t>
      </w:r>
    </w:p>
    <w:p>
      <w:pPr>
        <w:pStyle w:val="Subsection"/>
      </w:pPr>
      <w:r>
        <w:t>Leadership &amp; Activities</w:t>
      </w:r>
    </w:p>
    <w:p>
      <w:pPr>
        <w:pStyle w:val="EntryHeading"/>
      </w:pPr>
      <w:r>
        <w:rPr>
          <w:b/>
        </w:rPr>
        <w:t>First-Year Member</w:t>
      </w:r>
      <w:r>
        <w:t>, Trojan Investing Society (TIS)</w:t>
      </w:r>
      <w:r>
        <w:tab/>
      </w:r>
      <w:r>
        <w:t>Sep 2026 – Present</w:t>
      </w:r>
    </w:p>
    <w:p>
      <w:pPr>
        <w:pStyle w:val="ResumeBullet"/>
      </w:pPr>
      <w:r>
        <w:t>Pitched a consumer-stock idea to 30 members; co-building a 5-stock Excel watchlist with 3 first-year members</w:t>
      </w:r>
    </w:p>
    <w:p>
      <w:pPr>
        <w:pStyle w:val="EntryHeading"/>
      </w:pPr>
      <w:r>
        <w:rPr>
          <w:b/>
        </w:rPr>
        <w:t>Treasurer</w:t>
      </w:r>
      <w:r>
        <w:t>, Undergraduate personal finance club</w:t>
      </w:r>
      <w:r>
        <w:tab/>
      </w:r>
      <w:r>
        <w:t>Sep 2026 – Present</w:t>
      </w:r>
    </w:p>
    <w:p>
      <w:pPr>
        <w:pStyle w:val="ResumeBullet"/>
      </w:pPr>
      <w:r>
        <w:t>Manage the club’s $1,800 budget; co-planning 4 credit-union budgeting workshops for 150+ undergrads</w:t>
      </w:r>
    </w:p>
    <w:p>
      <w:pPr>
        <w:pStyle w:val="Heading1"/>
      </w:pPr>
      <w:r>
        <w:t>EDUCATION</w:t>
      </w:r>
    </w:p>
    <w:p>
      <w:pPr>
        <w:pStyle w:val="EntryHeading"/>
      </w:pPr>
      <w:r>
        <w:rPr>
          <w:b/>
        </w:rPr>
        <w:t>University of Southern California, Marshall School of Business</w:t>
      </w:r>
      <w:r>
        <w:tab/>
      </w:r>
      <w:r>
        <w:t>Los Angeles, CA</w:t>
      </w:r>
    </w:p>
    <w:p>
      <w:pPr>
        <w:pStyle w:val="EntryDetail"/>
      </w:pPr>
      <w:r>
        <w:rPr>
          <w:i/>
        </w:rPr>
        <w:t>Candidate for B.S. in Business Administration, Expected May 2030</w:t>
      </w:r>
    </w:p>
    <w:p>
      <w:pPr>
        <w:pStyle w:val="DetailLine"/>
      </w:pPr>
      <w:r>
        <w:rPr>
          <w:b/>
        </w:rPr>
        <w:t xml:space="preserve">Relevant Coursework: </w:t>
      </w:r>
      <w:r>
        <w:t>MATH 118 Calculus for Business and Economics; BUAD 304 Organizational Behavior and Leadership; WRIT 150 Writing and Critical Reasoning (fall 2026)</w:t>
      </w:r>
    </w:p>
    <w:p>
      <w:pPr>
        <w:pStyle w:val="DetailLine"/>
      </w:pPr>
      <w:r>
        <w:rPr>
          <w:b/>
        </w:rPr>
        <w:t xml:space="preserve">Activities: </w:t>
      </w:r>
      <w:r>
        <w:t>Latino Business Student Association (LBSA), American Marketing Association (AMA) at USC, intramural soccer</w:t>
      </w:r>
    </w:p>
    <w:p>
      <w:pPr>
        <w:pStyle w:val="DetailLine"/>
      </w:pPr>
      <w:r>
        <w:rPr>
          <w:b/>
        </w:rPr>
        <w:t xml:space="preserve">Honors: </w:t>
      </w:r>
      <w:r>
        <w:t>USC Presidential Scholarship (half-tuition merit scholarship for incoming first-year students)</w:t>
      </w:r>
    </w:p>
    <w:p>
      <w:pPr>
        <w:pStyle w:val="Heading1"/>
      </w:pPr>
      <w:r>
        <w:t>TECHNICAL SKILLS</w:t>
      </w:r>
    </w:p>
    <w:p>
      <w:pPr>
        <w:pStyle w:val="SkillsGroup"/>
      </w:pPr>
      <w:r>
        <w:rPr>
          <w:b/>
        </w:rPr>
        <w:t xml:space="preserve">Software: </w:t>
      </w:r>
      <w:r>
        <w:t>Excel (pivot tables, XLOOKUP, charts), Google Sheets, Google Forms, Word, PowerPoint, Notion, Square POS</w:t>
      </w:r>
    </w:p>
    <w:p>
      <w:pPr>
        <w:pStyle w:val="SkillsGroup"/>
      </w:pPr>
      <w:r>
        <w:rPr>
          <w:b/>
        </w:rPr>
        <w:t xml:space="preserve">Programming/Data: </w:t>
      </w:r>
      <w:r>
        <w:t>Python (pandas, Matplotlib), R (intro), SQL (basic SELECT/JOIN), Tableau Public, Jupyter</w:t>
      </w:r>
    </w:p>
    <w:p>
      <w:pPr>
        <w:pStyle w:val="SkillsGroup"/>
      </w:pPr>
      <w:r>
        <w:rPr>
          <w:b/>
        </w:rPr>
        <w:t xml:space="preserve">Design/Media: </w:t>
      </w:r>
      <w:r>
        <w:t>Canva, Figma (basic), Adobe Express, CapCut, Instagram content scheduling</w:t>
      </w:r>
    </w:p>
    <w:p>
      <w:pPr>
        <w:pStyle w:val="SkillsGroup"/>
      </w:pPr>
      <w:r>
        <w:rPr>
          <w:b/>
        </w:rPr>
        <w:t xml:space="preserve">Languages: </w:t>
      </w:r>
      <w:r>
        <w:t>English (native), Spanish (fluent, spoken and written), Portuguese (beginner)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4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4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4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40" w:after="0" w:line="24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0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4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4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4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4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