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How to Write Each Section</w:t>
      </w:r>
    </w:p>
    <w:p>
      <w:pPr>
        <w:pStyle w:val="ContactLine"/>
      </w:pPr>
      <w:r>
        <w:t>Firstlook resume guide for first- and second-year undergrads  |  firstlook.nodej.app</w:t>
      </w:r>
    </w:p>
    <w:p>
      <w:pPr>
        <w:pStyle w:val="Heading1"/>
      </w:pPr>
      <w:r>
        <w:t>THE BULLET FORMULA</w:t>
      </w:r>
    </w:p>
    <w:p>
      <w:pPr>
        <w:pStyle w:val="DetailLine"/>
        <w:jc w:val="center"/>
      </w:pPr>
      <w:r>
        <w:rPr>
          <w:b/>
        </w:rPr>
        <w:t>Action verb  +  what you did  +  result or number</w:t>
      </w:r>
    </w:p>
    <w:p>
      <w:pPr>
        <w:pStyle w:val="DetailLine"/>
      </w:pPr>
      <w:r>
        <w:t>Start with a strong past-tense verb (present tense for current roles). Say what you actually did, then prove it with a number: people, dollars, hours, %, rank or size. No “I,” no “responsible for.” Keep each bullet to 1 line, 2 at most.</w:t>
      </w:r>
    </w:p>
    <w:p>
      <w:pPr>
        <w:pStyle w:val="Heading1"/>
      </w:pPr>
      <w:r>
        <w:t>SECTION BY SECTION (IN THIS ORDER)</w:t>
      </w:r>
    </w:p>
    <w:p>
      <w:pPr>
        <w:pStyle w:val="DetailLine"/>
      </w:pPr>
      <w:r>
        <w:rPr>
          <w:b/>
        </w:rPr>
        <w:t xml:space="preserve">1. Header: </w:t>
      </w:r>
      <w:r>
        <w:t>Name, city/state, school email, phone, LinkedIn (optional), then one school line: University · Degree in Major · Expected Month 20XX, so recruiters see school and grad year at a glance. No summary, objective, photo or age.</w:t>
      </w:r>
    </w:p>
    <w:p>
      <w:pPr>
        <w:pStyle w:val="DetailLine"/>
      </w:pPr>
      <w:r>
        <w:rPr>
          <w:b/>
        </w:rPr>
        <w:t xml:space="preserve">2. Key Skills: </w:t>
      </w:r>
      <w:r>
        <w:t>Exactly 8 skills, 1–3 words each, in 2 rows of 4. Mix hard and people skills that match the posting.</w:t>
      </w:r>
    </w:p>
    <w:p>
      <w:pPr>
        <w:pStyle w:val="DetailLine"/>
      </w:pPr>
      <w:r>
        <w:rPr>
          <w:b/>
        </w:rPr>
        <w:t xml:space="preserve">3. Key Projects: </w:t>
      </w:r>
      <w:r>
        <w:t>2–3 class, club, personal or volunteer projects. Name it, give context and date, then 1–2 formula bullets each.</w:t>
      </w:r>
    </w:p>
    <w:p>
      <w:pPr>
        <w:pStyle w:val="DetailLine"/>
      </w:pPr>
      <w:r>
        <w:rPr>
          <w:b/>
        </w:rPr>
        <w:t xml:space="preserve">4. Experience: </w:t>
      </w:r>
      <w:r>
        <w:t>Part-time, summer and campus jobs count. Add a Leadership &amp; Activities sub-block for clubs, teams, volunteering.</w:t>
      </w:r>
    </w:p>
    <w:p>
      <w:pPr>
        <w:pStyle w:val="DetailLine"/>
      </w:pPr>
      <w:r>
        <w:rPr>
          <w:b/>
        </w:rPr>
        <w:t xml:space="preserve">5. Education: </w:t>
      </w:r>
      <w:r>
        <w:t>University, then “Candidate for B.A. in [Major], Expected May 20XX” so your major is clear. Add a Relevant Coursework line with 3–5 courses that fit the role, then an Activities line for clubs, campus groups and teams not already under Experience. Honors and GPA (if 3.0+) are optional. Leave high school off.</w:t>
      </w:r>
    </w:p>
    <w:p>
      <w:pPr>
        <w:pStyle w:val="DetailLine"/>
      </w:pPr>
      <w:r>
        <w:rPr>
          <w:b/>
        </w:rPr>
        <w:t xml:space="preserve">6. Technical Skills: </w:t>
      </w:r>
      <w:r>
        <w:t>The full list, grouped: Software, Programming/Data, Design/Media, Languages. Add levels: basic, proficient, fluent.</w:t>
      </w:r>
    </w:p>
    <w:p>
      <w:pPr>
        <w:pStyle w:val="Heading1"/>
      </w:pPr>
      <w:r>
        <w:t>STRONG VERBS TO START WITH</w:t>
      </w:r>
    </w:p>
    <w:p>
      <w:pPr>
        <w:pStyle w:val="DetailLine"/>
      </w:pPr>
      <w:r>
        <w:rPr>
          <w:b/>
        </w:rPr>
        <w:t xml:space="preserve">Lead: </w:t>
      </w:r>
      <w:r>
        <w:t>Led, Organized, Coordinated, Founded, Recruited, Trained, Mentored, Chaired, Directed</w:t>
      </w:r>
    </w:p>
    <w:p>
      <w:pPr>
        <w:pStyle w:val="DetailLine"/>
      </w:pPr>
      <w:r>
        <w:rPr>
          <w:b/>
        </w:rPr>
        <w:t xml:space="preserve">Build: </w:t>
      </w:r>
      <w:r>
        <w:t>Built, Created, Designed, Developed, Launched, Wrote, Produced, Programmed, Drafted</w:t>
      </w:r>
    </w:p>
    <w:p>
      <w:pPr>
        <w:pStyle w:val="DetailLine"/>
      </w:pPr>
      <w:r>
        <w:rPr>
          <w:b/>
        </w:rPr>
        <w:t xml:space="preserve">Analyze: </w:t>
      </w:r>
      <w:r>
        <w:t>Analyzed, Researched, Surveyed, Measured, Tracked, Compared, Evaluated, Tested, Mapped</w:t>
      </w:r>
    </w:p>
    <w:p>
      <w:pPr>
        <w:pStyle w:val="DetailLine"/>
      </w:pPr>
      <w:r>
        <w:rPr>
          <w:b/>
        </w:rPr>
        <w:t xml:space="preserve">Improve: </w:t>
      </w:r>
      <w:r>
        <w:t>Improved, Reduced, Increased, Streamlined, Simplified, Fixed, Redesigned, Cut, Saved</w:t>
      </w:r>
    </w:p>
    <w:p>
      <w:pPr>
        <w:pStyle w:val="DetailLine"/>
      </w:pPr>
      <w:r>
        <w:rPr>
          <w:b/>
        </w:rPr>
        <w:t xml:space="preserve">Serve &amp; communicate: </w:t>
      </w:r>
      <w:r>
        <w:t>Served, Assisted, Resolved, Tutored, Presented, Pitched, Translated, Negotiated, Promoted</w:t>
      </w:r>
    </w:p>
    <w:p>
      <w:pPr>
        <w:pStyle w:val="DetailLine"/>
      </w:pPr>
      <w:r>
        <w:rPr>
          <w:b/>
        </w:rPr>
        <w:t xml:space="preserve">Manage: </w:t>
      </w:r>
      <w:r>
        <w:t>Managed, Balanced, Budgeted, Scheduled, Planned, Raised, Allocated, Reconciled, Prioritized</w:t>
      </w:r>
    </w:p>
    <w:p>
      <w:pPr>
        <w:pStyle w:val="Heading1"/>
      </w:pPr>
      <w:r>
        <w:t>THREE BEFORE &amp; AFTER REWRITES</w:t>
      </w:r>
    </w:p>
    <w:p>
      <w:pPr>
        <w:pStyle w:val="Subsection"/>
      </w:pPr>
      <w:r>
        <w:t>Job</w:t>
      </w:r>
    </w:p>
    <w:p>
      <w:pPr>
        <w:pStyle w:val="ResumeBullet"/>
      </w:pPr>
      <w:r>
        <w:rPr>
          <w:b/>
        </w:rPr>
        <w:t xml:space="preserve">Before: </w:t>
      </w:r>
      <w:r>
        <w:t>Worked at a coffee shop and helped customers.</w:t>
      </w:r>
    </w:p>
    <w:p>
      <w:pPr>
        <w:pStyle w:val="ResumeBullet"/>
      </w:pPr>
      <w:r>
        <w:rPr>
          <w:b/>
        </w:rPr>
        <w:t xml:space="preserve">After: </w:t>
      </w:r>
      <w:r>
        <w:t>Served 250+ customers per weekend shift and trained 6 new hires on the register and drink recipes</w:t>
      </w:r>
    </w:p>
    <w:p>
      <w:pPr>
        <w:pStyle w:val="Subsection"/>
      </w:pPr>
      <w:r>
        <w:t>Club</w:t>
      </w:r>
    </w:p>
    <w:p>
      <w:pPr>
        <w:pStyle w:val="ResumeBullet"/>
      </w:pPr>
      <w:r>
        <w:rPr>
          <w:b/>
        </w:rPr>
        <w:t xml:space="preserve">Before: </w:t>
      </w:r>
      <w:r>
        <w:t>Was in charge of events for the economics club.</w:t>
      </w:r>
    </w:p>
    <w:p>
      <w:pPr>
        <w:pStyle w:val="ResumeBullet"/>
      </w:pPr>
      <w:r>
        <w:rPr>
          <w:b/>
        </w:rPr>
        <w:t xml:space="preserve">After: </w:t>
      </w:r>
      <w:r>
        <w:t>Organized 4 alumni career panels for the Economics Society, drawing 80+ students per event</w:t>
      </w:r>
    </w:p>
    <w:p>
      <w:pPr>
        <w:pStyle w:val="Subsection"/>
      </w:pPr>
      <w:r>
        <w:t>Project</w:t>
      </w:r>
    </w:p>
    <w:p>
      <w:pPr>
        <w:pStyle w:val="ResumeBullet"/>
      </w:pPr>
      <w:r>
        <w:rPr>
          <w:b/>
        </w:rPr>
        <w:t xml:space="preserve">Before: </w:t>
      </w:r>
      <w:r>
        <w:t>Did a group project about minimum wage for class.</w:t>
      </w:r>
    </w:p>
    <w:p>
      <w:pPr>
        <w:pStyle w:val="ResumeBullet"/>
      </w:pPr>
      <w:r>
        <w:rPr>
          <w:b/>
        </w:rPr>
        <w:t xml:space="preserve">After: </w:t>
      </w:r>
      <w:r>
        <w:t>Cleaned 10 years of labor data for 12 states in Python; paper ranked first of 18 teams</w:t>
      </w:r>
    </w:p>
    <w:p>
      <w:pPr>
        <w:pStyle w:val="Heading1"/>
      </w:pPr>
      <w:r>
        <w:t>FINAL CHECKS BEFORE YOU SEND</w:t>
      </w:r>
    </w:p>
    <w:p>
      <w:pPr>
        <w:pStyle w:val="ResumeBullet"/>
      </w:pPr>
      <w:r>
        <w:t>Exactly one page, 10.5–11 pt font, nothing cut off. Same date format and alignment everywhere.</w:t>
      </w:r>
    </w:p>
    <w:p>
      <w:pPr>
        <w:pStyle w:val="ResumeBullet"/>
      </w:pPr>
      <w:r>
        <w:t>Most recent first in every section. No tables, text boxes, icons or photos, so applicant tracking systems can read it.</w:t>
      </w:r>
    </w:p>
    <w:p>
      <w:pPr>
        <w:pStyle w:val="ResumeBullet"/>
      </w:pPr>
      <w:r>
        <w:t>Every bullet starts with a verb and most have a number. Read it aloud and check spelling twice.</w:t>
      </w:r>
    </w:p>
    <w:p>
      <w:pPr>
        <w:pStyle w:val="ResumeBullet"/>
      </w:pPr>
      <w:r>
        <w:t>Save as a PDF named First-Last-Resume.pdf, then get it reviewed at your campus career center.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tabs>
          <w:tab w:val="num" w:pos="316"/>
        </w:tabs>
        <w:ind w:left="316" w:hanging="216"/>
      </w:pPr>
      <w:rPr>
        <w:rFonts w:ascii="Calibri" w:hAnsi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cs="Calibri" w:eastAsia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20" w:after="100" w:line="250" w:lineRule="auto"/>
      <w:outlineLvl w:val="0"/>
      <w:pBdr>
        <w:bottom w:val="single" w:sz="8" w:space="1" w:color="1B2F4E"/>
      </w:pBdr>
    </w:pPr>
    <w:rPr>
      <w:rFonts w:ascii="Calibri" w:hAnsi="Calibri" w:cs="Calibri" w:eastAsia="Calibri"/>
      <w:b/>
      <w:bCs/>
      <w:i w:val="0"/>
      <w:color w:val="1B2F4E"/>
      <w:sz w:val="23"/>
      <w:szCs w:val="28"/>
      <w:spacing w:val="1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" w:line="250" w:lineRule="auto" w:before="0"/>
      <w:contextualSpacing/>
      <w:jc w:val="center"/>
    </w:pPr>
    <w:rPr>
      <w:rFonts w:ascii="Calibri" w:hAnsi="Calibri" w:cs="Calibri" w:eastAsia="Calibri"/>
      <w:b/>
      <w:caps w:val="0"/>
      <w:color w:val="1B2F4E"/>
      <w:sz w:val="44"/>
      <w:szCs w:val="52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Line">
    <w:name w:val="Contact Line"/>
    <w:basedOn w:val="Normal"/>
    <w:qFormat/>
    <w:pPr>
      <w:widowControl/>
      <w:spacing w:before="0" w:after="0" w:line="25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ExampleLabel">
    <w:name w:val="Example Label"/>
    <w:basedOn w:val="Normal"/>
    <w:qFormat/>
    <w:pPr>
      <w:widowControl/>
      <w:spacing w:before="0" w:after="80" w:line="250" w:lineRule="auto"/>
      <w:jc w:val="center"/>
    </w:pPr>
    <w:rPr>
      <w:rFonts w:ascii="Calibri" w:hAnsi="Calibri" w:cs="Calibri" w:eastAsia="Calibri"/>
      <w:i/>
      <w:color w:val="404040"/>
      <w:sz w:val="16"/>
    </w:rPr>
  </w:style>
  <w:style w:type="paragraph" w:customStyle="1" w:styleId="Subsection">
    <w:name w:val="Subsection"/>
    <w:basedOn w:val="Normal"/>
    <w:qFormat/>
    <w:pPr>
      <w:keepNext/>
      <w:widowControl/>
      <w:spacing w:before="180" w:after="0" w:line="250" w:lineRule="auto"/>
    </w:pPr>
    <w:rPr>
      <w:rFonts w:ascii="Calibri" w:hAnsi="Calibri" w:cs="Calibri" w:eastAsia="Calibri"/>
      <w:b/>
      <w:i/>
      <w:color w:val="1B2F4E"/>
      <w:sz w:val="21"/>
    </w:rPr>
  </w:style>
  <w:style w:type="paragraph" w:customStyle="1" w:styleId="EntryHeading">
    <w:name w:val="Entry Heading"/>
    <w:basedOn w:val="Normal"/>
    <w:qFormat/>
    <w:pPr>
      <w:keepNext/>
      <w:widowControl/>
      <w:tabs>
        <w:tab w:pos="10224" w:val="right"/>
      </w:tabs>
      <w:spacing w:before="140" w:after="0" w:line="25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EntryDetail">
    <w:name w:val="Entry Detail"/>
    <w:basedOn w:val="Normal"/>
    <w:qFormat/>
    <w:pPr>
      <w:keepNext/>
      <w:widowControl/>
      <w:tabs>
        <w:tab w:pos="10224" w:val="right"/>
      </w:tabs>
      <w:spacing w:before="0" w:after="0" w:line="250" w:lineRule="auto"/>
    </w:pPr>
    <w:rPr>
      <w:rFonts w:ascii="Calibri" w:hAnsi="Calibri" w:cs="Calibri" w:eastAsia="Calibri"/>
      <w:i/>
      <w:color w:val="000000"/>
      <w:sz w:val="21"/>
    </w:rPr>
  </w:style>
  <w:style w:type="paragraph" w:customStyle="1" w:styleId="SkillsRow">
    <w:name w:val="Skills Row"/>
    <w:basedOn w:val="Normal"/>
    <w:qFormat/>
    <w:pPr>
      <w:widowControl/>
      <w:spacing w:before="40" w:after="0" w:line="25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SkillsGroup">
    <w:name w:val="Skills Group"/>
    <w:basedOn w:val="Normal"/>
    <w:qFormat/>
    <w:pPr>
      <w:widowControl/>
      <w:spacing w:before="20" w:after="20" w:line="250" w:lineRule="auto"/>
      <w:ind w:left="0"/>
    </w:pPr>
    <w:rPr>
      <w:rFonts w:ascii="Calibri" w:hAnsi="Calibri" w:cs="Calibri" w:eastAsia="Calibri"/>
      <w:color w:val="000000"/>
      <w:sz w:val="21"/>
    </w:rPr>
  </w:style>
  <w:style w:type="paragraph" w:customStyle="1" w:styleId="DetailLine">
    <w:name w:val="Detail Line"/>
    <w:basedOn w:val="Normal"/>
    <w:qFormat/>
    <w:pPr>
      <w:widowControl/>
      <w:spacing w:before="20" w:after="0" w:line="25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TemplateTip">
    <w:name w:val="Template Tip"/>
    <w:basedOn w:val="Normal"/>
    <w:qFormat/>
    <w:pPr>
      <w:widowControl/>
      <w:spacing w:before="0" w:after="20" w:line="250" w:lineRule="auto"/>
    </w:pPr>
    <w:rPr>
      <w:rFonts w:ascii="Calibri" w:hAnsi="Calibri" w:cs="Calibri" w:eastAsia="Calibri"/>
      <w:i/>
      <w:color w:val="000000"/>
      <w:sz w:val="19"/>
    </w:rPr>
  </w:style>
  <w:style w:type="paragraph" w:customStyle="1" w:styleId="ResumeBullet">
    <w:name w:val="Resume Bullet"/>
    <w:basedOn w:val="Normal"/>
    <w:qFormat/>
    <w:pPr>
      <w:numPr>
        <w:numId w:val="90"/>
      </w:numPr>
      <w:widowControl/>
      <w:spacing w:before="0" w:after="40" w:line="250" w:lineRule="auto"/>
      <w:ind w:left="317" w:hanging="216"/>
    </w:pPr>
    <w:rPr>
      <w:rFonts w:ascii="Calibri" w:hAnsi="Calibri" w:cs="Calibri" w:eastAsia="Calibri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Firstlook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