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pPr>
        <w:pStyle w:val="ContactLine"/>
      </w:pPr>
      <w:r>
        <w:t>[City, State]  |  [you@school.edu]  |  [(555) 555-5555]  |  [linkedin.com/in/yourname] (optional)</w:t>
      </w:r>
    </w:p>
    <w:p>
      <w:pPr>
        <w:pStyle w:val="ContactLine"/>
      </w:pPr>
      <w:r>
        <w:rPr>
          <w:b/>
        </w:rPr>
        <w:t>[University]</w:t>
      </w:r>
      <w:r>
        <w:t xml:space="preserve">  ·  [Degree] in [Major]  ·  Expected [Month 20XX]</w:t>
      </w:r>
    </w:p>
    <w:p>
      <w:pPr>
        <w:pStyle w:val="Heading1"/>
      </w:pPr>
      <w:r>
        <w:t>KEY SKILLS</w:t>
      </w:r>
    </w:p>
    <w:p>
      <w:pPr>
        <w:pStyle w:val="TemplateTip"/>
      </w:pPr>
      <w:r>
        <w:t>Tip: 8 skills, 1–3 words each, matching the roles you want. Borrow words from the posting. Delete tips when done.</w:t>
      </w:r>
    </w:p>
    <w:p>
      <w:pPr>
        <w:pStyle w:val="SkillsRow"/>
      </w:pPr>
      <w:r>
        <w:t>[Skill 1]  ·  [Skill 2]  ·  [Skill 3]  ·  [Skill 4]</w:t>
      </w:r>
    </w:p>
    <w:p>
      <w:pPr>
        <w:pStyle w:val="SkillsRow"/>
      </w:pPr>
      <w:r>
        <w:t>[Skill 5]  ·  [Skill 6]  ·  [Skill 7]  ·  [Skill 8]</w:t>
      </w:r>
    </w:p>
    <w:p>
      <w:pPr>
        <w:pStyle w:val="Heading1"/>
      </w:pPr>
      <w:r>
        <w:t>KEY PROJECTS</w:t>
      </w:r>
    </w:p>
    <w:p>
      <w:pPr>
        <w:pStyle w:val="TemplateTip"/>
      </w:pPr>
      <w:r>
        <w:t>Formula for every bullet: Action verb + what you did + result/number. Class, club, personal and volunteer projects all count.</w:t>
      </w:r>
    </w:p>
    <w:p>
      <w:pPr>
        <w:pStyle w:val="EntryHeading"/>
      </w:pPr>
      <w:r>
        <w:rPr>
          <w:b/>
        </w:rPr>
        <w:t>[Project Name]</w:t>
      </w:r>
      <w:r>
        <w:t xml:space="preserve">  |  [Class, club or personal project]</w:t>
      </w:r>
      <w:r>
        <w:tab/>
      </w:r>
      <w:r>
        <w:t>[Mon YYYY – Mon YYYY]</w:t>
      </w:r>
    </w:p>
    <w:p>
      <w:pPr>
        <w:pStyle w:val="ResumeBullet"/>
      </w:pPr>
      <w:r>
        <w:t>[Built / Analyzed / Designed] + [what you made and the tools you used] + [the result, e.g. used by 30 people]</w:t>
      </w:r>
    </w:p>
    <w:p>
      <w:pPr>
        <w:pStyle w:val="ResumeBullet"/>
      </w:pPr>
      <w:r>
        <w:t>[Presented / Shared / Launched] + [who saw it or used it] + [what changed because of it]</w:t>
      </w:r>
    </w:p>
    <w:p>
      <w:pPr>
        <w:pStyle w:val="EntryHeading"/>
      </w:pPr>
      <w:r>
        <w:rPr>
          <w:b/>
        </w:rPr>
        <w:t>[Project Name]</w:t>
      </w:r>
      <w:r>
        <w:t xml:space="preserve">  |  [Course number and name, e.g. ECON 101 team paper]</w:t>
      </w:r>
      <w:r>
        <w:tab/>
      </w:r>
      <w:r>
        <w:t>[Mon YYYY]</w:t>
      </w:r>
    </w:p>
    <w:p>
      <w:pPr>
        <w:pStyle w:val="ResumeBullet"/>
      </w:pPr>
      <w:r>
        <w:t>[Action verb] + [your part of a team project] + [number: team size, data size, grade or ranking]</w:t>
      </w:r>
    </w:p>
    <w:p>
      <w:pPr>
        <w:pStyle w:val="ResumeBullet"/>
      </w:pPr>
      <w:r>
        <w:t>[Action verb] + [what you did] + [result/number]</w:t>
      </w:r>
    </w:p>
    <w:p>
      <w:pPr>
        <w:pStyle w:val="EntryHeading"/>
      </w:pPr>
      <w:r>
        <w:rPr>
          <w:b/>
        </w:rPr>
        <w:t>[Project Name]</w:t>
      </w:r>
      <w:r>
        <w:t xml:space="preserve">  |  [Optional third project]</w:t>
      </w:r>
      <w:r>
        <w:tab/>
      </w:r>
      <w:r>
        <w:t>[Mon YYYY]</w:t>
      </w:r>
    </w:p>
    <w:p>
      <w:pPr>
        <w:pStyle w:val="ResumeBullet"/>
      </w:pPr>
      <w:r>
        <w:t>[Action verb] + [what you did] + [result/number]</w:t>
      </w:r>
    </w:p>
    <w:p>
      <w:pPr>
        <w:pStyle w:val="Heading1"/>
      </w:pPr>
      <w:r>
        <w:t>EXPERIENCE</w:t>
      </w:r>
    </w:p>
    <w:p>
      <w:pPr>
        <w:pStyle w:val="TemplateTip"/>
      </w:pPr>
      <w:r>
        <w:t>Part-time jobs, summer jobs and campus jobs count. Most recent first. Present tense for current roles, past tense for finished ones.</w:t>
      </w:r>
    </w:p>
    <w:p>
      <w:pPr>
        <w:pStyle w:val="EntryHeading"/>
      </w:pPr>
      <w:r>
        <w:rPr>
          <w:b/>
        </w:rPr>
        <w:t>[Job Title]</w:t>
      </w:r>
      <w:r>
        <w:t>, [Employer], [City, State] ([hours]/week)</w:t>
      </w:r>
      <w:r>
        <w:tab/>
      </w:r>
      <w:r>
        <w:t>[Mon YYYY – Present]</w:t>
      </w:r>
    </w:p>
    <w:p>
      <w:pPr>
        <w:pStyle w:val="ResumeBullet"/>
      </w:pPr>
      <w:r>
        <w:t>[Served / Trained / Managed] + [how many customers, people or dollars] + [result, e.g. zero cash errors]</w:t>
      </w:r>
    </w:p>
    <w:p>
      <w:pPr>
        <w:pStyle w:val="ResumeBullet"/>
      </w:pPr>
      <w:r>
        <w:t>[Improved / Proposed / Reduced] + [a process you changed] + [how much time or money it saved]</w:t>
      </w:r>
    </w:p>
    <w:p>
      <w:pPr>
        <w:pStyle w:val="EntryHeading"/>
      </w:pPr>
      <w:r>
        <w:rPr>
          <w:b/>
        </w:rPr>
        <w:t>[Job Title]</w:t>
      </w:r>
      <w:r>
        <w:t>, [Employer], [City, State]</w:t>
      </w:r>
      <w:r>
        <w:tab/>
      </w:r>
      <w:r>
        <w:t>[Mon YYYY – Mon YYYY]</w:t>
      </w:r>
    </w:p>
    <w:p>
      <w:pPr>
        <w:pStyle w:val="ResumeBullet"/>
      </w:pPr>
      <w:r>
        <w:t>[Action verb] + [what you did] + [result/number]</w:t>
      </w:r>
    </w:p>
    <w:p>
      <w:pPr>
        <w:pStyle w:val="ResumeBullet"/>
      </w:pPr>
      <w:r>
        <w:t>[Action verb] + [what you did] + [result/number]</w:t>
      </w:r>
    </w:p>
    <w:p>
      <w:pPr>
        <w:pStyle w:val="Subsection"/>
      </w:pPr>
      <w:r>
        <w:t>Leadership &amp; Activities</w:t>
      </w:r>
    </w:p>
    <w:p>
      <w:pPr>
        <w:pStyle w:val="EntryHeading"/>
      </w:pPr>
      <w:r>
        <w:rPr>
          <w:b/>
        </w:rPr>
        <w:t>[Your Role]</w:t>
      </w:r>
      <w:r>
        <w:t>, [Club, Team or Organization]</w:t>
      </w:r>
      <w:r>
        <w:tab/>
      </w:r>
      <w:r>
        <w:t>[Mon YYYY – Present]</w:t>
      </w:r>
    </w:p>
    <w:p>
      <w:pPr>
        <w:pStyle w:val="ResumeBullet"/>
      </w:pPr>
      <w:r>
        <w:t>[Organized / Led / Recruited] + [event or effort] + [number: attendees, members, money raised]</w:t>
      </w:r>
    </w:p>
    <w:p>
      <w:pPr>
        <w:pStyle w:val="EntryHeading"/>
      </w:pPr>
      <w:r>
        <w:rPr>
          <w:b/>
        </w:rPr>
        <w:t>[Your Role]</w:t>
      </w:r>
      <w:r>
        <w:t>, [Club, Team, Volunteer Group or Faith/Cultural Group]</w:t>
      </w:r>
      <w:r>
        <w:tab/>
      </w:r>
      <w:r>
        <w:t>[Mon YYYY – Mon YYYY]</w:t>
      </w:r>
    </w:p>
    <w:p>
      <w:pPr>
        <w:pStyle w:val="ResumeBullet"/>
      </w:pPr>
      <w:r>
        <w:t>[Action verb] + [what you did] + [result/number]</w:t>
      </w:r>
    </w:p>
    <w:p>
      <w:pPr>
        <w:pStyle w:val="Heading1"/>
      </w:pPr>
      <w:r>
        <w:t>EDUCATION</w:t>
      </w:r>
    </w:p>
    <w:p>
      <w:pPr>
        <w:pStyle w:val="EntryHeading"/>
      </w:pPr>
      <w:r>
        <w:rPr>
          <w:b/>
        </w:rPr>
        <w:t>[University Name]</w:t>
      </w:r>
      <w:r>
        <w:tab/>
      </w:r>
      <w:r>
        <w:t>[City, State]</w:t>
      </w:r>
    </w:p>
    <w:p>
      <w:pPr>
        <w:pStyle w:val="EntryDetail"/>
      </w:pPr>
      <w:r>
        <w:rPr>
          <w:i/>
        </w:rPr>
        <w:t>Candidate for B.A. in [Major], Expected May [20XX]</w:t>
      </w:r>
      <w:r>
        <w:tab/>
      </w:r>
      <w:r>
        <w:rPr>
          <w:i/>
        </w:rPr>
        <w:t>[GPA: X.X] (optional)</w:t>
      </w:r>
    </w:p>
    <w:p>
      <w:pPr>
        <w:pStyle w:val="DetailLine"/>
      </w:pPr>
      <w:r>
        <w:rPr>
          <w:b/>
        </w:rPr>
        <w:t xml:space="preserve">Relevant Coursework: </w:t>
      </w:r>
      <w:r>
        <w:t>[3–5 courses that fit the role, e.g. Statistics, Microeconomics, Intro to Python]</w:t>
      </w:r>
    </w:p>
    <w:p>
      <w:pPr>
        <w:pStyle w:val="DetailLine"/>
      </w:pPr>
      <w:r>
        <w:rPr>
          <w:b/>
        </w:rPr>
        <w:t xml:space="preserve">Activities: </w:t>
      </w:r>
      <w:r>
        <w:t>[Clubs, campus organizations and teams not already listed under Experience]</w:t>
      </w:r>
    </w:p>
    <w:p>
      <w:pPr>
        <w:pStyle w:val="DetailLine"/>
      </w:pPr>
      <w:r>
        <w:rPr>
          <w:b/>
        </w:rPr>
        <w:t xml:space="preserve">Honors: </w:t>
      </w:r>
      <w:r>
        <w:t>[Scholarships, dean’s list, awards] (optional)</w:t>
      </w:r>
    </w:p>
    <w:p>
      <w:pPr>
        <w:pStyle w:val="TemplateTip"/>
      </w:pPr>
      <w:r>
        <w:t>Keep the school line under your name matching this section: same school, degree and expected date.</w:t>
      </w:r>
    </w:p>
    <w:p>
      <w:pPr>
        <w:pStyle w:val="Heading1"/>
      </w:pPr>
      <w:r>
        <w:t>TECHNICAL SKILLS</w:t>
      </w:r>
    </w:p>
    <w:p>
      <w:pPr>
        <w:pStyle w:val="TemplateTip"/>
      </w:pPr>
      <w:r>
        <w:t>List everything here, grouped by type. Add a level in parentheses when it helps: basic, proficient, fluent.</w:t>
      </w:r>
    </w:p>
    <w:p>
      <w:pPr>
        <w:pStyle w:val="SkillsGroup"/>
      </w:pPr>
      <w:r>
        <w:rPr>
          <w:b/>
        </w:rPr>
        <w:t xml:space="preserve">Software: </w:t>
      </w:r>
      <w:r>
        <w:t>[Excel, Google Sheets, Word, PowerPoint, Notion, Square POS]</w:t>
      </w:r>
    </w:p>
    <w:p>
      <w:pPr>
        <w:pStyle w:val="SkillsGroup"/>
      </w:pPr>
      <w:r>
        <w:rPr>
          <w:b/>
        </w:rPr>
        <w:t xml:space="preserve">Programming/Data: </w:t>
      </w:r>
      <w:r>
        <w:t>[Python, R, SQL, Tableau, Jupyter] (delete the line if none yet)</w:t>
      </w:r>
    </w:p>
    <w:p>
      <w:pPr>
        <w:pStyle w:val="SkillsGroup"/>
      </w:pPr>
      <w:r>
        <w:rPr>
          <w:b/>
        </w:rPr>
        <w:t xml:space="preserve">Design/Media: </w:t>
      </w:r>
      <w:r>
        <w:t>[Canva, Figma, Adobe Express, CapCut]</w:t>
      </w:r>
    </w:p>
    <w:p>
      <w:pPr>
        <w:pStyle w:val="SkillsGroup"/>
      </w:pPr>
      <w:r>
        <w:rPr>
          <w:b/>
        </w:rPr>
        <w:t xml:space="preserve">Languages: </w:t>
      </w:r>
      <w:r>
        <w:t>[English (native), Spanish (conversational)]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lvl w:ilvl="0">
      <w:start w:val="1"/>
      <w:numFmt w:val="bullet"/>
      <w:lvlText w:val="•"/>
      <w:lvlJc w:val="left"/>
      <w:pPr>
        <w:tabs>
          <w:tab w:val="num" w:pos="316"/>
        </w:tabs>
        <w:ind w:left="316" w:hanging="216"/>
      </w:pPr>
      <w:rPr>
        <w:rFonts w:ascii="Calibri" w:hAnsi="Calibri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40" w:lineRule="auto"/>
    </w:pPr>
    <w:rPr>
      <w:rFonts w:ascii="Calibri" w:hAnsi="Calibri" w:cs="Calibri" w:eastAsia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 w:line="240" w:lineRule="auto"/>
      <w:outlineLvl w:val="0"/>
      <w:pBdr>
        <w:bottom w:val="single" w:sz="8" w:space="1" w:color="1B2F4E"/>
      </w:pBdr>
    </w:pPr>
    <w:rPr>
      <w:rFonts w:ascii="Calibri" w:hAnsi="Calibri" w:cs="Calibri" w:eastAsia="Calibri"/>
      <w:b/>
      <w:bCs/>
      <w:i w:val="0"/>
      <w:color w:val="1B2F4E"/>
      <w:sz w:val="23"/>
      <w:szCs w:val="28"/>
      <w:spacing w:val="1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" w:line="240" w:lineRule="auto" w:before="0"/>
      <w:contextualSpacing/>
      <w:jc w:val="center"/>
    </w:pPr>
    <w:rPr>
      <w:rFonts w:ascii="Calibri" w:hAnsi="Calibri" w:cs="Calibri" w:eastAsia="Calibri"/>
      <w:b/>
      <w:caps w:val="0"/>
      <w:color w:val="1B2F4E"/>
      <w:sz w:val="44"/>
      <w:szCs w:val="52"/>
      <w:spacing w:val="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Line">
    <w:name w:val="Contact Line"/>
    <w:basedOn w:val="Normal"/>
    <w:qFormat/>
    <w:pPr>
      <w:widowControl/>
      <w:spacing w:before="0" w:after="0" w:line="24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ExampleLabel">
    <w:name w:val="Example Label"/>
    <w:basedOn w:val="Normal"/>
    <w:qFormat/>
    <w:pPr>
      <w:widowControl/>
      <w:spacing w:before="0" w:after="80" w:line="240" w:lineRule="auto"/>
      <w:jc w:val="center"/>
    </w:pPr>
    <w:rPr>
      <w:rFonts w:ascii="Calibri" w:hAnsi="Calibri" w:cs="Calibri" w:eastAsia="Calibri"/>
      <w:i/>
      <w:color w:val="404040"/>
      <w:sz w:val="16"/>
    </w:rPr>
  </w:style>
  <w:style w:type="paragraph" w:customStyle="1" w:styleId="Subsection">
    <w:name w:val="Subsection"/>
    <w:basedOn w:val="Normal"/>
    <w:qFormat/>
    <w:pPr>
      <w:keepNext/>
      <w:widowControl/>
      <w:spacing w:before="140" w:after="0" w:line="240" w:lineRule="auto"/>
    </w:pPr>
    <w:rPr>
      <w:rFonts w:ascii="Calibri" w:hAnsi="Calibri" w:cs="Calibri" w:eastAsia="Calibri"/>
      <w:b/>
      <w:i/>
      <w:color w:val="1B2F4E"/>
      <w:sz w:val="21"/>
    </w:rPr>
  </w:style>
  <w:style w:type="paragraph" w:customStyle="1" w:styleId="EntryHeading">
    <w:name w:val="Entry Heading"/>
    <w:basedOn w:val="Normal"/>
    <w:qFormat/>
    <w:pPr>
      <w:keepNext/>
      <w:widowControl/>
      <w:tabs>
        <w:tab w:pos="10224" w:val="right"/>
      </w:tabs>
      <w:spacing w:before="100" w:after="0" w:line="24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EntryDetail">
    <w:name w:val="Entry Detail"/>
    <w:basedOn w:val="Normal"/>
    <w:qFormat/>
    <w:pPr>
      <w:keepNext/>
      <w:widowControl/>
      <w:tabs>
        <w:tab w:pos="10224" w:val="right"/>
      </w:tabs>
      <w:spacing w:before="0" w:after="0" w:line="240" w:lineRule="auto"/>
    </w:pPr>
    <w:rPr>
      <w:rFonts w:ascii="Calibri" w:hAnsi="Calibri" w:cs="Calibri" w:eastAsia="Calibri"/>
      <w:i/>
      <w:color w:val="000000"/>
      <w:sz w:val="21"/>
    </w:rPr>
  </w:style>
  <w:style w:type="paragraph" w:customStyle="1" w:styleId="SkillsRow">
    <w:name w:val="Skills Row"/>
    <w:basedOn w:val="Normal"/>
    <w:qFormat/>
    <w:pPr>
      <w:widowControl/>
      <w:spacing w:before="40" w:after="0" w:line="24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SkillsGroup">
    <w:name w:val="Skills Group"/>
    <w:basedOn w:val="Normal"/>
    <w:qFormat/>
    <w:pPr>
      <w:widowControl/>
      <w:spacing w:before="20" w:after="20" w:line="240" w:lineRule="auto"/>
      <w:ind w:left="0"/>
    </w:pPr>
    <w:rPr>
      <w:rFonts w:ascii="Calibri" w:hAnsi="Calibri" w:cs="Calibri" w:eastAsia="Calibri"/>
      <w:color w:val="000000"/>
      <w:sz w:val="21"/>
    </w:rPr>
  </w:style>
  <w:style w:type="paragraph" w:customStyle="1" w:styleId="DetailLine">
    <w:name w:val="Detail Line"/>
    <w:basedOn w:val="Normal"/>
    <w:qFormat/>
    <w:pPr>
      <w:widowControl/>
      <w:spacing w:before="20" w:after="0" w:line="24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TemplateTip">
    <w:name w:val="Template Tip"/>
    <w:basedOn w:val="Normal"/>
    <w:qFormat/>
    <w:pPr>
      <w:widowControl/>
      <w:spacing w:before="0" w:after="20" w:line="240" w:lineRule="auto"/>
    </w:pPr>
    <w:rPr>
      <w:rFonts w:ascii="Calibri" w:hAnsi="Calibri" w:cs="Calibri" w:eastAsia="Calibri"/>
      <w:i/>
      <w:color w:val="000000"/>
      <w:sz w:val="19"/>
    </w:rPr>
  </w:style>
  <w:style w:type="paragraph" w:customStyle="1" w:styleId="ResumeBullet">
    <w:name w:val="Resume Bullet"/>
    <w:basedOn w:val="Normal"/>
    <w:qFormat/>
    <w:pPr>
      <w:numPr>
        <w:numId w:val="90"/>
      </w:numPr>
      <w:widowControl/>
      <w:spacing w:before="0" w:after="40" w:line="240" w:lineRule="auto"/>
      <w:ind w:left="317" w:hanging="216"/>
    </w:pPr>
    <w:rPr>
      <w:rFonts w:ascii="Calibri" w:hAnsi="Calibri" w:cs="Calibri" w:eastAsia="Calibri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Firstlook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